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מהו דיבייט ובמה הוא שונה מריב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טיעון חזק עם טענה, נימוק ודוגמה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להתווכח בכבוד ולהירגע כשמתחממים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בריב מנסים לנצח את האדם, בוויכוח מחפשים את הרעיון הטוב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טענה, נימוק,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בהירות, ראיות, כבוד והפרכה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בדיבייט מחפשים את הרעיון הטוב ביותר, לא מנצחים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במצגת על שלב ההקשבה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עוצרים, שרירים, נשימה, דיבור עצמי,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במצגת נאמר ששינוי דעה הוא סימן לחשיבה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השופטים נותנים ניקוד גם על 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שאנחנו חושבים או רוצים להגיד)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(ההסבר למה אנחנו חושבים ככה)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(מקרה שממחיש את הטענה)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(חזרה במילים שלנו על דברי הצד השני)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לרגע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מכווצים ומשחררים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לעצמנו משפט מרגיע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בריב מנסים לנצח את האדם, בוויכוח מחפשים את הרעיון הכי טוב.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 - לנצח אדם, ויכוח - למצוא רעיון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משתמשים בעש״ן ד״ק: עוצרים, שרירים, נשימה, דיבור עצמי, 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שקפי המצגת תוך כדי מילוי הדף, כדי לחזק את ההבנה החזותית.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משפט השיקוף לפני המשימה הכתובה.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למתקשים ניתן לוותר על פריטי skip_n ולהתמקד בחלקי mc ו-tf בלבד.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זירת הדיבייט – מתווכחים בכבוד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במצגת רואים דמויות שמסבירות מה זה ויכוח מסודר, איך בונים טענה טובה, ואיך מדברים יפה גם כשכועסים.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דיבייט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מסודר עם כללים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שאנחנו חושבים או רוצים להגיד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ההסבר למה אנחנו חושבים ככה, עם המילה כי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מקרה אמיתי שממחיש את הטענה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תגובה לטיעון של הצד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שיקוף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לחזור במילים שלנו על מה שהצד השני 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עש״ן ד״ק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חמישה צעדים שעוזרים להירגע כשכועסים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אלה שבודקים בהירות, ראיות וכבוד בוויכוח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שונה בין ריב לוויכוח?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בריב מנסים לנצח את האדם, בוויכוח מחפשים את הרעיון הטוב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בריב צועקים חזק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בוויכוח אסור להקשיב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מהן שלוש אבני הבניין של טיעון 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שם, גיל, 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טענה, נימוק,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צעקה, כעס,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שאלה, תשובה, 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חשובה כדי להסביר טענה?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שלבים יש בזירת הדיבייט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מה השופטים נותנים ניקוד בזירה?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גובה הקול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בהירות, ראיות, כבוד והפרכה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מדבר יותר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עומד ישר 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בדיבייט מטרת המתווכח היא לנצח את האדם שמולו.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שיקוף הוא לחזור במילים שלנו על מה שהצד השני אמר, כדי לוודא שהבנו.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עש״ן ד״ק הוא שם של חמישה צעדים שעוזרים להירגע.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מישהו משנה את דעתו באמצע ויכוח, זה נחשב להפסד.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לנצח בזירה גם בזכות כבוד, לא רק בזכות הטיעון.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דיבייט הוא ויכוח מסודר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בריב מנסים לנצח את ה__________, ובוויכוח מחפשים את הרעיון הטוב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טיעון חזק בנוי משלוש אבנים: טענה, נימוק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שהופכת דעה לטיעון אמיתי היא המילה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מקרה שממחיש את הטענה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חזרה במילים שלנו על דברי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ההסבר למה אנחנו חושבים ככה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שיקוף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שאנחנו חושבים או רוצים להגיד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מכווצים ומשחררים שרירים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לעצמנו משפט מרגיע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נושמים עמוק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 ההבדל בין ריב לוויכוח.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העיקרי בין ריב לוויכוח?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שלוש אבני הבניין של טיעון חזק.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כשמתחילים לכעוס באמצע ויכוח?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זירת הדיבייט – מתווכחים בכבוד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