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זירת הדיבייט – מתווכחים בכבוד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זירת הדיבייט – מתווכחים בכבוד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מהו דיבייט ובמה הוא שונה מריב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בניית טיעון חזק עם טענה, נימוק ודוגמה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דרכים להתווכח בכבוד ולהירגע כשמתחממים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בריב מנסים לנצח את האדם, בוויכוח מחפשים את הרעיון הטוב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טענה, נימוק, 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ארבעה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בהירות, ראיות, כבוד והפרכה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בדיבייט מחפשים את הרעיון הטוב ביותר, לא מנצחים אנשים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במצגת על שלב ההקשבה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עוצרים, שרירים, נשימה, דיבור עצמי, קדימה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במצגת נאמר ששינוי דעה הוא סימן לחשיבה טובה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השופטים נותנים ניקוד גם על כבוד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כללים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(מה שאנחנו חושבים או רוצים להגיד)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(ההסבר למה אנחנו חושבים ככה)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(מקרה שממחיש את הטענה)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(חזרה במילים שלנו על דברי הצד השני)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עוצרים לרגע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מכווצים ומשחררים שרירים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נושמים עמוק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אומרים לעצמנו משפט מרגיע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בריב מנסים לנצח את האדם, בוויכוח מחפשים את הרעיון הכי טוב.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ריב - לנצח אדם, ויכוח - למצוא רעיון טוב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טענה, נימוק, 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משתמשים בעש״ן ד״ק: עוצרים, שרירים, נשימה, דיבור עצמי, קדימה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להקרין את שקפי המצגת תוך כדי מילוי הדף, כדי לחזק את ההבנה החזותית.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בעל פה את משפט השיקוף לפני המשימה הכתובה.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למתקשים ניתן לוותר על פריטי skip_n ולהתמקד בחלקי mc ו-tf בלבד.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זירת הדיבייט – מתווכחים בכבוד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זירת הדיבייט – מתווכחים בכבוד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בשקפי הפתיחה של זירת הדיבייט פוגשים את מיקי, נועה ויואב, ולומדים מה זה דיבייט, איך בונים טיעון חזק, ואיך מתווכחים בכבוד גם כשלא מסכימים.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ההבדל בין ריב לוויכוח, לפי המצגת?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הבדל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בריב מנסים לנצח את האדם, בוויכוח מחפשים את הרעיון הטוב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בריב צועקים חזק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בוויכוח אסור להקשיב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מהן שלוש אבני הבניין של טיעון חזק?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שם, גיל, כתובת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טענה, נימוק, דוגמה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צעקה, כעס, ויתור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שאלה, תשובה, ויכוח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מילה, לפי המצגת, הופכת דעה לטיעון אמיתי?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שלבים יש בזירת הדיבייט במצגת?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לפי מה השופטים נותנים ניקוד בזירה?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גובה הקול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בהירות, ראיות, כבוד והפרכה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 מדבר יותר 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 עומד ישר יותר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בדיבייט מטרת המתווכח היא לנצח את האדם שמולו.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שיקוף הוא לחזור במילים שלנו על מה שהצד השני אמר, כדי לוודא שהבנו.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עש״ן ד״ק הוא שם של חמישה צעדים שעוזרים להירגע.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מישהו משנה את דעתו באמצע ויכוח, זה נחשב להפסד.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לנצח בזירה גם בזכות כבוד, לא רק בזכות הטיעון.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דיבייט הוא ויכוח מסודר עם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בריב מנסים לנצח את ה__________, ובוויכוח מחפשים את הרעיון הטוב ביותר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טיעון חזק בנוי משלוש אבנים: טענה, נימוק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המילה שהופכת דעה לטיעון אמיתי היא המילה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טענה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מקרה שממחיש את הטענה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נימוק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חזרה במילים שלנו על דברי הצד השני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דוגמה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ההסבר למה אנחנו חושבים ככה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שיקוף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מה שאנחנו חושבים או רוצים להגיד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אומרים לעצמנו משפט מרגיע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נושמים עמוק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עוצרים לרגע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מכווצים ומשחררים שרירים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במשפט אחד מה ההבדל בין ריב לוויכוח.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העיקרי בין ריב לוויכוח?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שלוש אבני הבניין של טיעון חזק.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כשמתחילים לכעוס באמצע ויכוח?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זירת הדיבייט – מתווכחים בכבוד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